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TITLE OF THE ARTICLE</w:t>
      </w:r>
    </w:p>
    <w:p>
      <w:pPr>
        <w:jc w:val="center"/>
      </w:pPr>
      <w:r>
        <w:rPr>
          <w:sz w:val="24"/>
        </w:rPr>
        <w:t>Author Name¹, Author Name²</w:t>
      </w:r>
    </w:p>
    <w:p>
      <w:pPr>
        <w:jc w:val="center"/>
      </w:pPr>
      <w:r>
        <w:rPr>
          <w:i/>
          <w:sz w:val="22"/>
        </w:rPr>
        <w:t>¹Institution, City, Country</w:t>
        <w:br/>
        <w:t>²Institution, City, Country</w:t>
      </w:r>
    </w:p>
    <w:p>
      <w:pPr>
        <w:jc w:val="center"/>
      </w:pPr>
      <w:r>
        <w:rPr>
          <w:sz w:val="22"/>
        </w:rPr>
        <w:t>Corresponding author: email@example.com</w:t>
        <w:br/>
        <w:t>ORCID: https://orcid.org/0000-0000-0000-0000</w:t>
      </w:r>
    </w:p>
    <w:p/>
    <w:p>
      <w:r>
        <w:rPr>
          <w:b/>
          <w:sz w:val="24"/>
        </w:rPr>
        <w:t>Abstract</w:t>
      </w:r>
    </w:p>
    <w:p>
      <w:r>
        <w:t>Write a 150–250 word abstract here.</w:t>
      </w:r>
    </w:p>
    <w:p>
      <w:r>
        <w:rPr>
          <w:b/>
        </w:rPr>
        <w:t xml:space="preserve">Keywords: </w:t>
      </w:r>
      <w:r>
        <w:t>keyword1, keyword2, keyword3, keyword4, keyword5</w:t>
      </w:r>
    </w:p>
    <w:p>
      <w:r>
        <w:rPr>
          <w:b/>
          <w:sz w:val="24"/>
        </w:rPr>
        <w:t>1. Introduction</w:t>
      </w:r>
    </w:p>
    <w:p>
      <w:r>
        <w:t>Write your text here...</w:t>
      </w:r>
    </w:p>
    <w:p>
      <w:r>
        <w:rPr>
          <w:b/>
          <w:sz w:val="24"/>
        </w:rPr>
        <w:t>2. Literature Review</w:t>
      </w:r>
    </w:p>
    <w:p>
      <w:r>
        <w:t>Write your text here...</w:t>
      </w:r>
    </w:p>
    <w:p>
      <w:r>
        <w:rPr>
          <w:b/>
          <w:sz w:val="24"/>
        </w:rPr>
        <w:t>3. Materials and Methods</w:t>
      </w:r>
    </w:p>
    <w:p>
      <w:r>
        <w:t>Write your text here...</w:t>
      </w:r>
    </w:p>
    <w:p>
      <w:r>
        <w:rPr>
          <w:b/>
          <w:sz w:val="24"/>
        </w:rPr>
        <w:t>4. Results</w:t>
      </w:r>
    </w:p>
    <w:p>
      <w:r>
        <w:t>Write your text here...</w:t>
      </w:r>
    </w:p>
    <w:p>
      <w:r>
        <w:rPr>
          <w:b/>
          <w:sz w:val="24"/>
        </w:rPr>
        <w:t>5. Discussion</w:t>
      </w:r>
    </w:p>
    <w:p>
      <w:r>
        <w:t>Write your text here...</w:t>
      </w:r>
    </w:p>
    <w:p>
      <w:r>
        <w:rPr>
          <w:b/>
          <w:sz w:val="24"/>
        </w:rPr>
        <w:t>6. Conclusion</w:t>
      </w:r>
    </w:p>
    <w:p>
      <w:r>
        <w:t>Write your text here...</w:t>
      </w:r>
    </w:p>
    <w:p>
      <w:r>
        <w:rPr>
          <w:i/>
        </w:rPr>
        <w:t>Figure 1. Example figure title (Source: Author or cited source)</w:t>
      </w:r>
    </w:p>
    <w:p>
      <w:r>
        <w:rPr>
          <w:i/>
        </w:rPr>
        <w:t>Table 1. Example table title (Source: Author or cited source)</w:t>
      </w:r>
    </w:p>
    <w:p>
      <w:r>
        <w:rPr>
          <w:b/>
        </w:rPr>
        <w:t>References (APA 7)</w:t>
      </w:r>
    </w:p>
    <w:p>
      <w:r>
        <w:t>Author, A. A. (Year). Title. Journal, volume(issue), pages. https://doi.org/...</w:t>
      </w:r>
    </w:p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